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5E8C"/>
          <w:sz w:val="40"/>
        </w:rPr>
        <w:t>[Nombre Apellidos]</w:t>
      </w:r>
    </w:p>
    <w:p>
      <w:pPr>
        <w:spacing w:after="160"/>
      </w:pPr>
      <w:r>
        <w:t>[Puesto que buscas] · [Ciudad] · [teléfono] · [correo] · [LinkedIn o portafolio]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2"/>
        </w:rPr>
        <w:t>PERFIL PROFESIONAL</w:t>
      </w:r>
    </w:p>
    <w:p>
      <w:r>
        <w:t>[Profesión] con [X] años de experiencia en [sector]. [Logro con una cifra]. Busco un puesto de [puesto] en [tipo de empresa].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2"/>
        </w:rPr>
        <w:t>EXPERIENCIA LABORAL</w:t>
      </w:r>
    </w:p>
    <w:p>
      <w:pPr>
        <w:tabs>
          <w:tab w:pos="9638" w:val="right"/>
        </w:tabs>
      </w:pPr>
      <w:r>
        <w:rPr>
          <w:b/>
        </w:rPr>
        <w:t>[Puesto] — [Empresa], [Ciudad]</w:t>
      </w:r>
      <w:r>
        <w:tab/>
        <w:t>[MM/AAAA] – Actualidad</w:t>
      </w:r>
    </w:p>
    <w:p>
      <w:pPr>
        <w:pStyle w:val="ListBullet"/>
      </w:pPr>
      <w:r>
        <w:t>[Verbo de acción] + [tarea] + [resultado medible].</w:t>
      </w:r>
    </w:p>
    <w:p>
      <w:pPr>
        <w:pStyle w:val="ListBullet"/>
      </w:pPr>
      <w:r>
        <w:t>[Herramienta o responsabilidad que pide la oferta].</w:t>
      </w:r>
    </w:p>
    <w:p>
      <w:pPr>
        <w:tabs>
          <w:tab w:pos="9638" w:val="right"/>
        </w:tabs>
      </w:pPr>
      <w:r>
        <w:rPr>
          <w:b/>
        </w:rPr>
        <w:t>[Puesto] — [Empresa], [Ciudad]</w:t>
      </w:r>
      <w:r>
        <w:tab/>
        <w:t>[MM/AAAA] – [MM/AAAA]</w:t>
      </w:r>
    </w:p>
    <w:p>
      <w:pPr>
        <w:pStyle w:val="ListBullet"/>
      </w:pPr>
      <w:r>
        <w:t>[Logro con cifra].</w:t>
      </w:r>
    </w:p>
    <w:p>
      <w:pPr>
        <w:pStyle w:val="ListBullet"/>
      </w:pPr>
      <w:r>
        <w:t>[Responsabilidad relevante].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2"/>
        </w:rPr>
        <w:t>FORMACIÓN</w:t>
      </w:r>
    </w:p>
    <w:p>
      <w:pPr>
        <w:tabs>
          <w:tab w:pos="9638" w:val="right"/>
        </w:tabs>
      </w:pPr>
      <w:r>
        <w:rPr>
          <w:b/>
        </w:rPr>
        <w:t>[Título] — [Centro]</w:t>
      </w:r>
      <w:r>
        <w:tab/>
        <w:t>[AAAA]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2"/>
        </w:rPr>
        <w:t>HABILIDADES</w:t>
      </w:r>
    </w:p>
    <w:p>
      <w:r>
        <w:t>[Habilidad técnica] · [Programa] · [Programa] · [Habilidad] · [Habilidad]</w:t>
      </w:r>
    </w:p>
    <w:p>
      <w:pPr>
        <w:spacing w:before="200"/>
        <w:pBdr>
          <w:bottom w:val="single" w:sz="6" w:space="1" w:color="1F5E8C"/>
        </w:pBdr>
      </w:pPr>
      <w:r>
        <w:rPr>
          <w:b/>
          <w:color w:val="1F5E8C"/>
          <w:sz w:val="22"/>
        </w:rPr>
        <w:t>IDIOMAS</w:t>
      </w:r>
    </w:p>
    <w:p>
      <w:r>
        <w:t>[Idioma]: [nivel MCER, p. ej. B2] · [Idioma]: [nivel]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