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36"/>
        </w:rPr>
        <w:t>CV (რეზიუმე)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პირადი ინფორმაცია</w:t>
      </w:r>
    </w:p>
    <w:p>
      <w:r>
        <w:t>სახელი, გვარი:</w:t>
      </w:r>
    </w:p>
    <w:p>
      <w:r>
        <w:t>სასურველი პოზიცია:</w:t>
      </w:r>
    </w:p>
    <w:p>
      <w:r>
        <w:t>ქალაქი:</w:t>
      </w:r>
    </w:p>
    <w:p>
      <w:r>
        <w:t>ტელეფონი:</w:t>
      </w:r>
    </w:p>
    <w:p>
      <w:r>
        <w:t>ელფოსტა:</w:t>
      </w:r>
    </w:p>
    <w:p>
      <w:r>
        <w:t>LinkedIn / პორტფოლიო (არასავალდებულო):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პროფესიული შეჯამება</w:t>
      </w:r>
    </w:p>
    <w:p/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სამუშაო გამოცდილება</w:t>
      </w:r>
    </w:p>
    <w:p>
      <w:r>
        <w:t>თანამდებობა — კომპანია, ქალაქი          თვე/წელი – თვე/წელი</w:t>
      </w:r>
    </w:p>
    <w:p>
      <w:r>
        <w:t xml:space="preserve">• </w:t>
      </w:r>
    </w:p>
    <w:p>
      <w:r>
        <w:t xml:space="preserve">• </w:t>
      </w:r>
    </w:p>
    <w:p/>
    <w:p>
      <w:r>
        <w:t>თანამდებობა — კომპანია, ქალაქი          თვე/წელი – თვე/წელი</w:t>
      </w:r>
    </w:p>
    <w:p>
      <w:r>
        <w:t xml:space="preserve">• </w:t>
      </w:r>
    </w:p>
    <w:p>
      <w:r>
        <w:t xml:space="preserve">•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განათლება</w:t>
      </w:r>
    </w:p>
    <w:p>
      <w:r>
        <w:t>ხარისხი / სპეციალობა — სასწავლებელი          წელი</w:t>
      </w:r>
    </w:p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უნარები</w:t>
      </w:r>
    </w:p>
    <w:p/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ენები</w:t>
      </w:r>
    </w:p>
    <w:p>
      <w:r>
        <w:t>ქართული — მშობლიური</w:t>
      </w:r>
    </w:p>
    <w:p>
      <w:r>
        <w:t xml:space="preserve">ინგლისური — </w:t>
      </w:r>
    </w:p>
    <w:p>
      <w:r>
        <w:t xml:space="preserve">რუსული —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ტრენინგები და სერტიფიკატები</w:t>
      </w:r>
    </w:p>
    <w:p/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რეკომენდაციები</w:t>
      </w:r>
    </w:p>
    <w:p>
      <w:r>
        <w:t>მოთხოვნისამებრ წარმოვადგენ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eastAsia="Sylfaen" w:cs="Sylfae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