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5E8C"/>
          <w:sz w:val="36"/>
        </w:rPr>
        <w:t>CV (რეზიუმე)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პირადი ინფორმაცია</w:t>
      </w:r>
    </w:p>
    <w:p>
      <w:r>
        <w:t>[სახელი გვარი] — ადმინისტრატორი</w:t>
      </w:r>
    </w:p>
    <w:p>
      <w:r>
        <w:t>თბილისი · +995 [ნომერი] · [ელფოსტა]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პროფესიული შეჯამება</w:t>
      </w:r>
    </w:p>
    <w:p>
      <w:r>
        <w:t>ადმინისტრატორი 4 წლიანი გამოცდილებით სასტუმროსა და ოფისში. ვმართავ დღეში 40-მდე ზარს და სტუმრის მოთხოვნას, ვაწყობ შეხვედრებს და ვაწარმოებ დოკუმენტაციას.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სამუშაო გამოცდილება</w:t>
      </w:r>
    </w:p>
    <w:p>
      <w:r>
        <w:t>ოფისის ადმინისტრატორი — [კომპანია], თბილისი          2023 – დღემდე</w:t>
      </w:r>
    </w:p>
    <w:p>
      <w:r>
        <w:t>• შევქმენი შეხვედრების ელექტრონული კალენდარი 6 მენეჯერისთვის.</w:t>
      </w:r>
    </w:p>
    <w:p>
      <w:r>
        <w:t>• ვაწარმოებ შესყიდვებს და ვაკონტროლებ საოფისე მარაგს.</w:t>
      </w:r>
    </w:p>
    <w:p>
      <w:r>
        <w:t>მიმღების ადმინისტრატორი — [სასტუმრო], თბილისი          2021 – 2023</w:t>
      </w:r>
    </w:p>
    <w:p>
      <w:r>
        <w:t>• სტუმრების რეგისტრაცია და ჯავშნები ქართულ და ინგლისურ ენებზე.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განათლება</w:t>
      </w:r>
    </w:p>
    <w:p>
      <w:r>
        <w:t>ბიზნესის ადმინისტრირება, ბაკალავრი — [უნივერსიტეტი]          2021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უნარები</w:t>
      </w:r>
    </w:p>
    <w:p>
      <w:r>
        <w:t>Microsoft Excel, Word, Google Workspace · დოკუმენტების მართვა · კომუნიკაცია სტუმრებთან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ენები</w:t>
      </w:r>
    </w:p>
    <w:p>
      <w:r>
        <w:t>ქართული — მშობლიური · ინგლისური — B2 · რუსული — B1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4"/>
        </w:rPr>
        <w:t>რეკომენდაციები</w:t>
      </w:r>
    </w:p>
    <w:p>
      <w:r>
        <w:t>მოთხოვნისამებრ წარმოვადგენ</w:t>
      </w:r>
    </w:p>
    <w:p>
      <w:r>
        <w:rPr>
          <w:i/>
          <w:sz w:val="17"/>
        </w:rPr>
        <w:t>ნიმუში გამოგონილია. შეცვალეთ ყველა მონაცემი თქვენი რეალური ინფორმაციით.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ylfaen" w:hAnsi="Sylfaen" w:eastAsia="Sylfaen" w:cs="Sylfae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