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Full Name</w:t>
      </w:r>
    </w:p>
    <w:p>
      <w:pPr>
        <w:spacing w:after="160"/>
      </w:pPr>
      <w:r>
        <w:t>City, Country · Phone · Email · LinkedIn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SUMMARY</w:t>
      </w:r>
    </w:p>
    <w:p/>
    <w:p/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WORK EXPERIENCE</w:t>
      </w:r>
    </w:p>
    <w:p>
      <w:r>
        <w:t>Job title — Company, City</w:t>
        <w:tab/>
        <w:t>From – To</w:t>
      </w:r>
    </w:p>
    <w:p>
      <w:r>
        <w:t xml:space="preserve">• </w:t>
      </w:r>
    </w:p>
    <w:p>
      <w:r>
        <w:t xml:space="preserve">• </w:t>
      </w:r>
    </w:p>
    <w:p/>
    <w:p>
      <w:r>
        <w:t>Job title — Company, City</w:t>
        <w:tab/>
        <w:t>From – To</w:t>
      </w:r>
    </w:p>
    <w:p>
      <w:r>
        <w:t xml:space="preserve">• </w:t>
      </w:r>
    </w:p>
    <w:p>
      <w:r>
        <w:t xml:space="preserve">• 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EDUCATION</w:t>
      </w:r>
    </w:p>
    <w:p>
      <w:r>
        <w:t>Degree — School</w:t>
        <w:tab/>
        <w:t>Year</w:t>
      </w:r>
    </w:p>
    <w:p/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SKILLS</w:t>
      </w:r>
    </w:p>
    <w:p/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LANGUAGES</w:t>
      </w:r>
    </w:p>
    <w:p/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CERTIFICATIONS</w:t>
      </w:r>
    </w:p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