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[Your Name]</w:t>
      </w:r>
    </w:p>
    <w:p>
      <w:pPr>
        <w:spacing w:after="160"/>
      </w:pPr>
      <w:r>
        <w:t>[City] · [phone] · [email] · [portfolio or LinkedIn]</w:t>
      </w:r>
    </w:p>
    <w:p>
      <w:pPr>
        <w:spacing w:before="200"/>
        <w:pBdr>
          <w:bottom w:val="single" w:sz="6" w:space="1" w:color="404040"/>
        </w:pBdr>
      </w:pPr>
      <w:r>
        <w:rPr>
          <w:b/>
          <w:color w:val="404040"/>
          <w:sz w:val="22"/>
        </w:rPr>
        <w:t>OBJECTIVE</w:t>
      </w:r>
    </w:p>
    <w:p>
      <w:r>
        <w:t>[Year] [subject] student looking for a [part-time / internship / entry-level] [role]. I bring [skill shown in a project] and [availability].</w:t>
      </w:r>
    </w:p>
    <w:p>
      <w:pPr>
        <w:spacing w:before="200"/>
        <w:pBdr>
          <w:bottom w:val="single" w:sz="6" w:space="1" w:color="404040"/>
        </w:pBdr>
      </w:pPr>
      <w:r>
        <w:rPr>
          <w:b/>
          <w:color w:val="404040"/>
          <w:sz w:val="22"/>
        </w:rPr>
        <w:t>EDUCATION</w:t>
      </w:r>
    </w:p>
    <w:p>
      <w:pPr>
        <w:tabs>
          <w:tab w:pos="9638" w:val="right"/>
        </w:tabs>
      </w:pPr>
      <w:r>
        <w:rPr>
          <w:b/>
        </w:rPr>
        <w:t>[Degree or diploma] — [School]</w:t>
      </w:r>
      <w:r>
        <w:tab/>
        <w:t>[YYYY] – [YYYY]</w:t>
      </w:r>
    </w:p>
    <w:p>
      <w:pPr>
        <w:pStyle w:val="ListBullet"/>
      </w:pPr>
      <w:r>
        <w:t>Relevant courses: [course], [course], [course].</w:t>
      </w:r>
    </w:p>
    <w:p>
      <w:pPr>
        <w:pStyle w:val="ListBullet"/>
      </w:pPr>
      <w:r>
        <w:t>[Award or grade, only if strong].</w:t>
      </w:r>
    </w:p>
    <w:p>
      <w:pPr>
        <w:spacing w:before="200"/>
        <w:pBdr>
          <w:bottom w:val="single" w:sz="6" w:space="1" w:color="404040"/>
        </w:pBdr>
      </w:pPr>
      <w:r>
        <w:rPr>
          <w:b/>
          <w:color w:val="404040"/>
          <w:sz w:val="22"/>
        </w:rPr>
        <w:t>PROJECTS</w:t>
      </w:r>
    </w:p>
    <w:p>
      <w:pPr>
        <w:tabs>
          <w:tab w:pos="9638" w:val="right"/>
        </w:tabs>
      </w:pPr>
      <w:r>
        <w:rPr>
          <w:b/>
        </w:rPr>
        <w:t>[Project name]</w:t>
      </w:r>
      <w:r>
        <w:tab/>
        <w:t>[YYYY]</w:t>
      </w:r>
    </w:p>
    <w:p>
      <w:pPr>
        <w:pStyle w:val="ListBullet"/>
      </w:pPr>
      <w:r>
        <w:t>[What you built or organised] using [tool]; [result or who used it].</w:t>
      </w:r>
    </w:p>
    <w:p>
      <w:pPr>
        <w:spacing w:before="200"/>
        <w:pBdr>
          <w:bottom w:val="single" w:sz="6" w:space="1" w:color="404040"/>
        </w:pBdr>
      </w:pPr>
      <w:r>
        <w:rPr>
          <w:b/>
          <w:color w:val="404040"/>
          <w:sz w:val="22"/>
        </w:rPr>
        <w:t>EXPERIENCE</w:t>
      </w:r>
    </w:p>
    <w:p>
      <w:pPr>
        <w:tabs>
          <w:tab w:pos="9638" w:val="right"/>
        </w:tabs>
      </w:pPr>
      <w:r>
        <w:rPr>
          <w:b/>
        </w:rPr>
        <w:t>[Volunteer, part-time or internship role] — [Organisation]</w:t>
      </w:r>
      <w:r>
        <w:tab/>
        <w:t>[MM/YYYY] – [MM/YYYY]</w:t>
      </w:r>
    </w:p>
    <w:p>
      <w:pPr>
        <w:pStyle w:val="ListBullet"/>
      </w:pPr>
      <w:r>
        <w:t>[Task with a number: customers served, events organised, hours per week].</w:t>
      </w:r>
    </w:p>
    <w:p>
      <w:pPr>
        <w:spacing w:before="200"/>
        <w:pBdr>
          <w:bottom w:val="single" w:sz="6" w:space="1" w:color="404040"/>
        </w:pBdr>
      </w:pPr>
      <w:r>
        <w:rPr>
          <w:b/>
          <w:color w:val="404040"/>
          <w:sz w:val="22"/>
        </w:rPr>
        <w:t>SKILLS AND LANGUAGES</w:t>
      </w:r>
    </w:p>
    <w:p>
      <w:r>
        <w:t>[Software] · [Software] · [Skill] · [Language: level] · [Language: level]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