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Name]</w:t>
      </w:r>
    </w:p>
    <w:p>
      <w:pPr>
        <w:spacing w:after="160"/>
      </w:pPr>
      <w:r>
        <w:t>[City, Country] · [phone] · [email] · [LinkedIn or portfolio URL]</w:t>
      </w:r>
    </w:p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PROFESSIONAL SUMMARY</w:t>
      </w:r>
    </w:p>
    <w:p>
      <w:r>
        <w:t>[Job title] with [X] years of experience in [field]. [One result with a number, for example: cut invoice errors by 30% in 6 months]. Looking for a [target role] role at [type of company].</w:t>
      </w:r>
    </w:p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WORK EXPERIENCE</w:t>
      </w:r>
    </w:p>
    <w:p>
      <w:pPr>
        <w:tabs>
          <w:tab w:pos="9638" w:val="right"/>
        </w:tabs>
      </w:pPr>
      <w:r>
        <w:rPr>
          <w:b/>
        </w:rPr>
        <w:t>[Job title] — [Company], [City]</w:t>
      </w:r>
      <w:r>
        <w:tab/>
        <w:t>[MM/YYYY] – Present</w:t>
      </w:r>
    </w:p>
    <w:p>
      <w:pPr>
        <w:pStyle w:val="ListBullet"/>
      </w:pPr>
      <w:r>
        <w:t>[Action verb] + [task] + [result with a number].</w:t>
      </w:r>
    </w:p>
    <w:p>
      <w:pPr>
        <w:pStyle w:val="ListBullet"/>
      </w:pPr>
      <w:r>
        <w:t>[Action verb] + [task] + [result].</w:t>
      </w:r>
    </w:p>
    <w:p>
      <w:pPr>
        <w:pStyle w:val="ListBullet"/>
      </w:pPr>
      <w:r>
        <w:t>[Tool or responsibility that matches the job ad].</w:t>
      </w:r>
    </w:p>
    <w:p>
      <w:pPr>
        <w:tabs>
          <w:tab w:pos="9638" w:val="right"/>
        </w:tabs>
      </w:pPr>
      <w:r>
        <w:rPr>
          <w:b/>
        </w:rPr>
        <w:t>[Job title] — [Company], [City]</w:t>
      </w:r>
      <w:r>
        <w:tab/>
        <w:t>[MM/YYYY] – [MM/YYYY]</w:t>
      </w:r>
    </w:p>
    <w:p>
      <w:pPr>
        <w:pStyle w:val="ListBullet"/>
      </w:pPr>
      <w:r>
        <w:t>[Achievement with a number].</w:t>
      </w:r>
    </w:p>
    <w:p>
      <w:pPr>
        <w:pStyle w:val="ListBullet"/>
      </w:pPr>
      <w:r>
        <w:t>[Responsibility that matches the job ad].</w:t>
      </w:r>
    </w:p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EDUCATION</w:t>
      </w:r>
    </w:p>
    <w:p>
      <w:pPr>
        <w:tabs>
          <w:tab w:pos="9638" w:val="right"/>
        </w:tabs>
      </w:pPr>
      <w:r>
        <w:rPr>
          <w:b/>
        </w:rPr>
        <w:t>[Degree], [Subject] — [University or college]</w:t>
      </w:r>
      <w:r>
        <w:tab/>
        <w:t>[YYYY]</w:t>
      </w:r>
    </w:p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SKILLS</w:t>
      </w:r>
    </w:p>
    <w:p>
      <w:r>
        <w:t>[Hard skill] · [Software] · [Software] · [Hard skill] · [Language: level]</w:t>
      </w:r>
    </w:p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CERTIFICATIONS</w:t>
      </w:r>
    </w:p>
    <w:p>
      <w:r>
        <w:t>[Certificate name], [issuer], [YYYY]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