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b/>
          <w:color w:val="1F5E8C"/>
          <w:sz w:val="36"/>
        </w:rPr>
        <w:t>ТҮЙІНДЕМЕ</w:t>
      </w:r>
    </w:p>
    <w:p>
      <w:pPr>
        <w:spacing w:before="200"/>
        <w:pBdr>
          <w:bottom w:val="single" w:sz="6" w:space="1" w:color="1F5E8C"/>
        </w:pBdr>
      </w:pPr>
      <w:r>
        <w:rPr>
          <w:b/>
          <w:color w:val="1F5E8C"/>
          <w:sz w:val="24"/>
        </w:rPr>
        <w:t>Жеке мәліметтер</w:t>
      </w:r>
    </w:p>
    <w:p>
      <w:r>
        <w:t>Аты-жөні:</w:t>
      </w:r>
    </w:p>
    <w:p>
      <w:r>
        <w:t>Қалаған лауазым:</w:t>
      </w:r>
    </w:p>
    <w:p>
      <w:r>
        <w:t>Қала:</w:t>
      </w:r>
    </w:p>
    <w:p>
      <w:r>
        <w:t>Телефон: +7</w:t>
      </w:r>
    </w:p>
    <w:p>
      <w:r>
        <w:t>Электрондық пошта:</w:t>
      </w:r>
    </w:p>
    <w:p>
      <w:r>
        <w:t>LinkedIn / портфолио (міндетті емес):</w:t>
      </w:r>
    </w:p>
    <w:p>
      <w:pPr>
        <w:spacing w:before="200"/>
        <w:pBdr>
          <w:bottom w:val="single" w:sz="6" w:space="1" w:color="1F5E8C"/>
        </w:pBdr>
      </w:pPr>
      <w:r>
        <w:rPr>
          <w:b/>
          <w:color w:val="1F5E8C"/>
          <w:sz w:val="24"/>
        </w:rPr>
        <w:t>Өзім туралы</w:t>
      </w:r>
    </w:p>
    <w:p/>
    <w:p/>
    <w:p>
      <w:pPr>
        <w:spacing w:before="200"/>
        <w:pBdr>
          <w:bottom w:val="single" w:sz="6" w:space="1" w:color="1F5E8C"/>
        </w:pBdr>
      </w:pPr>
      <w:r>
        <w:rPr>
          <w:b/>
          <w:color w:val="1F5E8C"/>
          <w:sz w:val="24"/>
        </w:rPr>
        <w:t>Жұмыс тәжірибесі</w:t>
      </w:r>
    </w:p>
    <w:p>
      <w:r>
        <w:t>Лауазым — ұйым, қала          ай/жыл – ай/жыл</w:t>
      </w:r>
    </w:p>
    <w:p>
      <w:r>
        <w:t xml:space="preserve">• </w:t>
      </w:r>
    </w:p>
    <w:p>
      <w:r>
        <w:t xml:space="preserve">• </w:t>
      </w:r>
    </w:p>
    <w:p/>
    <w:p>
      <w:r>
        <w:t>Лауазым — ұйым, қала          ай/жыл – ай/жыл</w:t>
      </w:r>
    </w:p>
    <w:p>
      <w:r>
        <w:t xml:space="preserve">• </w:t>
      </w:r>
    </w:p>
    <w:p>
      <w:r>
        <w:t xml:space="preserve">• </w:t>
      </w:r>
    </w:p>
    <w:p>
      <w:pPr>
        <w:spacing w:before="200"/>
        <w:pBdr>
          <w:bottom w:val="single" w:sz="6" w:space="1" w:color="1F5E8C"/>
        </w:pBdr>
      </w:pPr>
      <w:r>
        <w:rPr>
          <w:b/>
          <w:color w:val="1F5E8C"/>
          <w:sz w:val="24"/>
        </w:rPr>
        <w:t>Білімі</w:t>
      </w:r>
    </w:p>
    <w:p>
      <w:r>
        <w:t>Мамандық, дәреже — оқу орны          жыл</w:t>
      </w:r>
    </w:p>
    <w:p/>
    <w:p>
      <w:pPr>
        <w:spacing w:before="200"/>
        <w:pBdr>
          <w:bottom w:val="single" w:sz="6" w:space="1" w:color="1F5E8C"/>
        </w:pBdr>
      </w:pPr>
      <w:r>
        <w:rPr>
          <w:b/>
          <w:color w:val="1F5E8C"/>
          <w:sz w:val="24"/>
        </w:rPr>
        <w:t>Дағдылар</w:t>
      </w:r>
    </w:p>
    <w:p/>
    <w:p/>
    <w:p>
      <w:pPr>
        <w:spacing w:before="200"/>
        <w:pBdr>
          <w:bottom w:val="single" w:sz="6" w:space="1" w:color="1F5E8C"/>
        </w:pBdr>
      </w:pPr>
      <w:r>
        <w:rPr>
          <w:b/>
          <w:color w:val="1F5E8C"/>
          <w:sz w:val="24"/>
        </w:rPr>
        <w:t>Тілдер</w:t>
      </w:r>
    </w:p>
    <w:p>
      <w:r>
        <w:t xml:space="preserve">Қазақ тілі — </w:t>
      </w:r>
    </w:p>
    <w:p>
      <w:r>
        <w:t xml:space="preserve">Орыс тілі — </w:t>
      </w:r>
    </w:p>
    <w:p>
      <w:r>
        <w:t xml:space="preserve">Ағылшын тілі — </w:t>
      </w:r>
    </w:p>
    <w:p>
      <w:pPr>
        <w:spacing w:before="200"/>
        <w:pBdr>
          <w:bottom w:val="single" w:sz="6" w:space="1" w:color="1F5E8C"/>
        </w:pBdr>
      </w:pPr>
      <w:r>
        <w:rPr>
          <w:b/>
          <w:color w:val="1F5E8C"/>
          <w:sz w:val="24"/>
        </w:rPr>
        <w:t>Курстар мен сертификаттар</w:t>
      </w:r>
    </w:p>
    <w:p/>
    <w:p/>
    <w:p>
      <w:pPr>
        <w:spacing w:before="200"/>
        <w:pBdr>
          <w:bottom w:val="single" w:sz="6" w:space="1" w:color="1F5E8C"/>
        </w:pBdr>
      </w:pPr>
      <w:r>
        <w:rPr>
          <w:b/>
          <w:color w:val="1F5E8C"/>
          <w:sz w:val="24"/>
        </w:rPr>
        <w:t>Ұсынымдар</w:t>
      </w:r>
    </w:p>
    <w:p>
      <w:r>
        <w:t>Сұраныс бойынша ұсынамын</w:t>
      </w:r>
    </w:p>
    <w:sectPr w:rsidR="00FC693F" w:rsidRPr="0006063C" w:rsidSect="00034616">
      <w:pgSz w:w="12240" w:h="15840"/>
      <w:pgMar w:top="1020" w:right="1134" w:bottom="1020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eastAsia="Arial" w:cs="Arial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