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ТҮЙІНДЕМЕ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Жеке мәліметтер</w:t>
      </w:r>
    </w:p>
    <w:p>
      <w:r>
        <w:t>Аты-жөні:</w:t>
      </w:r>
    </w:p>
    <w:p>
      <w:r>
        <w:t>Қалаған лауазым: [пән] мұғалімі</w:t>
      </w:r>
    </w:p>
    <w:p>
      <w:r>
        <w:t>Қала:</w:t>
      </w:r>
    </w:p>
    <w:p>
      <w:r>
        <w:t>Телефон: +7</w:t>
      </w:r>
    </w:p>
    <w:p>
      <w:r>
        <w:t>Электрондық пошта: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Өзім туралы</w:t>
      </w:r>
    </w:p>
    <w:p>
      <w:r>
        <w:t>Пән, сыныптар, педагогикалық өтіл және басты нәтиже (1–2 сөйлем):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Пән және сыныптар</w:t>
      </w:r>
    </w:p>
    <w:p>
      <w:r>
        <w:t>Пән:</w:t>
      </w:r>
    </w:p>
    <w:p>
      <w:r>
        <w:t>Сыныптар:</w:t>
      </w:r>
    </w:p>
    <w:p>
      <w:r>
        <w:t>Оқыту тілі: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Педагогикалық тәжірибе</w:t>
      </w:r>
    </w:p>
    <w:p>
      <w:r>
        <w:t>Лауазым — мектеп, қала          жыл – жыл</w:t>
      </w:r>
    </w:p>
    <w:p>
      <w:r>
        <w:t xml:space="preserve">• </w:t>
      </w:r>
    </w:p>
    <w:p>
      <w:r>
        <w:t xml:space="preserve">•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Білімі</w:t>
      </w:r>
    </w:p>
    <w:p>
      <w:r>
        <w:t>Мамандық — оқу орны          жыл</w:t>
      </w:r>
    </w:p>
    <w:p>
      <w:r>
        <w:t>Біліктілік санаты (бар болса):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Біліктілікті арттыру курстары</w:t>
      </w:r>
    </w:p>
    <w:p>
      <w:r>
        <w:t>Курс — ұйымдастырушы, жыл</w:t>
      </w:r>
    </w:p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Жетістіктер</w:t>
      </w:r>
    </w:p>
    <w:p>
      <w:r>
        <w:t>Оқушылардың олимпиадалары, жобалар, ашық сабақтар (растауға болатындарын ғана):</w:t>
      </w:r>
    </w:p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Цифрлық құралдар</w:t>
      </w:r>
    </w:p>
    <w:p>
      <w:r>
        <w:t>Электрондық журнал, онлайн-платформалар: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Тілдер</w:t>
      </w:r>
    </w:p>
    <w:p>
      <w:r>
        <w:t xml:space="preserve">Қазақ тілі — </w:t>
      </w:r>
    </w:p>
    <w:p>
      <w:r>
        <w:t xml:space="preserve">Орыс тілі — </w:t>
      </w:r>
    </w:p>
    <w:p>
      <w:r>
        <w:t xml:space="preserve">Ағылшын тілі — 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