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E8C"/>
          <w:sz w:val="36"/>
        </w:rPr>
        <w:t>ТҮЙІНДЕМЕ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Жеке мәліметтер</w:t>
      </w:r>
    </w:p>
    <w:p>
      <w:r>
        <w:t>Аты-жөні:</w:t>
      </w:r>
    </w:p>
    <w:p>
      <w:r>
        <w:t>Телефон: +7</w:t>
      </w:r>
    </w:p>
    <w:p>
      <w:r>
        <w:t>Электрондық пошта:</w:t>
      </w:r>
    </w:p>
    <w:p>
      <w:r>
        <w:t>Қала:</w:t>
      </w:r>
    </w:p>
    <w:p>
      <w:r>
        <w:t>LinkedIn / портфолио (міндетті емес):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Мақсат</w:t>
      </w:r>
    </w:p>
    <w:p>
      <w:r>
        <w:t>Қандай лауазым немесе тағылымдама іздейсіз (1–2 сөйлем):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Білімі</w:t>
      </w:r>
    </w:p>
    <w:p>
      <w:r>
        <w:t>Мамандық, курс — университет          жыл – жыл (күтілетін)</w:t>
      </w:r>
    </w:p>
    <w:p>
      <w:r>
        <w:t>Маңызды пәндер / курстық жұмыс: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Жобалар</w:t>
      </w:r>
    </w:p>
    <w:p>
      <w:r>
        <w:t>Жоба атауы — не істедіңіз және қандай нәтиже алдыңыз</w:t>
      </w:r>
    </w:p>
    <w:p>
      <w:r>
        <w:t xml:space="preserve">• 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Тағылымдама және волонтерлік</w:t>
      </w:r>
    </w:p>
    <w:p>
      <w:r>
        <w:t>Рөл — ұйым          ай/жыл – ай/жыл</w:t>
      </w:r>
    </w:p>
    <w:p>
      <w:r>
        <w:t xml:space="preserve">• 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Дағдылар</w:t>
      </w:r>
    </w:p>
    <w:p>
      <w:r>
        <w:t>Бағдарламалар:</w:t>
      </w:r>
    </w:p>
    <w:p>
      <w:r>
        <w:t>Басқа дағдылар: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Тілдер</w:t>
      </w:r>
    </w:p>
    <w:p>
      <w:r>
        <w:t xml:space="preserve">Қазақ тілі — </w:t>
      </w:r>
    </w:p>
    <w:p>
      <w:r>
        <w:t xml:space="preserve">Орыс тілі — </w:t>
      </w:r>
    </w:p>
    <w:p>
      <w:r>
        <w:t xml:space="preserve">Ағылшын тілі — 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Белсенділік және марапаттар</w:t>
      </w:r>
    </w:p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