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5E8C"/>
          <w:sz w:val="36"/>
        </w:rPr>
        <w:t>ТҮЙІНДЕМЕ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Жеке мәліметтер</w:t>
      </w:r>
    </w:p>
    <w:p>
      <w:r>
        <w:t>[Аты-жөні] — офис әкімшісі</w:t>
      </w:r>
    </w:p>
    <w:p>
      <w:r>
        <w:t>Алматы · +7 [нөмір] · [пошта]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Өзім туралы</w:t>
      </w:r>
    </w:p>
    <w:p>
      <w:r>
        <w:t>Офис әкімшісі, төрт жылдық тәжірибем бар. Күніне 40-қа дейін қоңырауды қабылдаймын, кездесулер кестесін жүргіземін және құжат айналымын ретке келтіремін.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Жұмыс тәжірибесі</w:t>
      </w:r>
    </w:p>
    <w:p>
      <w:r>
        <w:t>Офис әкімшісі — [компания], Алматы          2023 – қазіргі уақыт</w:t>
      </w:r>
    </w:p>
    <w:p>
      <w:r>
        <w:t>• 6 менеджерге арналған электрондық кездесулер күнтізбесін енгіздім.</w:t>
      </w:r>
    </w:p>
    <w:p>
      <w:r>
        <w:t>• Кеңсе тауарларын сатып алу мен қорын бақылаймын.</w:t>
      </w:r>
    </w:p>
    <w:p>
      <w:r>
        <w:t>Ресепшн әкімшісі — [қонақ үй], Алматы          2021 – 2023</w:t>
      </w:r>
    </w:p>
    <w:p>
      <w:r>
        <w:t>• Қонақтарды тіркеу және брондау: қазақ, орыс және ағылшын тілдерінде.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Білімі</w:t>
      </w:r>
    </w:p>
    <w:p>
      <w:r>
        <w:t>Бизнесті басқару, бакалавр — [университет]          2021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Дағдылар</w:t>
      </w:r>
    </w:p>
    <w:p>
      <w:r>
        <w:t>Microsoft Excel, Word, Google Workspace · құжат айналымы · клиенттермен қарым-қатынас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Тілдер</w:t>
      </w:r>
    </w:p>
    <w:p>
      <w:r>
        <w:t>Қазақ тілі — ана тілі · Орыс тілі — еркін · Ағылшын тілі — B2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Ұсынымдар</w:t>
      </w:r>
    </w:p>
    <w:p>
      <w:r>
        <w:t>Сұраныс бойынша ұсынамын</w:t>
      </w:r>
    </w:p>
    <w:p>
      <w:r>
        <w:rPr>
          <w:i/>
          <w:sz w:val="17"/>
        </w:rPr>
        <w:t>Үлгі ойдан шығарылған. Барлық деректерді өз нақты ақпаратыңызбен ауыстырыңыз.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